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AD05" w14:textId="77777777" w:rsidR="001C14C3" w:rsidRPr="002742CA" w:rsidRDefault="002742CA" w:rsidP="002742CA">
      <w:pPr>
        <w:jc w:val="center"/>
        <w:rPr>
          <w:lang w:val="it-IT"/>
        </w:rPr>
      </w:pPr>
      <w:r w:rsidRPr="002742CA">
        <w:rPr>
          <w:b/>
          <w:color w:val="1B365D"/>
          <w:sz w:val="24"/>
          <w:lang w:val="it-IT"/>
        </w:rPr>
        <w:t>ALLEGATO A - MODELLO DI ISTANZA DI PARTECIPAZIONE</w:t>
      </w:r>
      <w:r w:rsidRPr="002742CA">
        <w:rPr>
          <w:b/>
          <w:color w:val="1B365D"/>
          <w:sz w:val="24"/>
          <w:lang w:val="it-IT"/>
        </w:rPr>
        <w:br/>
      </w:r>
    </w:p>
    <w:p w14:paraId="6C83D3C6" w14:textId="77777777" w:rsidR="002742CA" w:rsidRDefault="002742CA" w:rsidP="002742CA">
      <w:pPr>
        <w:spacing w:after="0"/>
        <w:jc w:val="right"/>
        <w:rPr>
          <w:b/>
          <w:lang w:val="it-IT"/>
        </w:rPr>
      </w:pPr>
    </w:p>
    <w:p w14:paraId="24AB928F" w14:textId="65223623" w:rsidR="002742CA" w:rsidRDefault="002742CA" w:rsidP="002742CA">
      <w:pPr>
        <w:spacing w:after="0"/>
        <w:jc w:val="right"/>
        <w:rPr>
          <w:b/>
          <w:lang w:val="it-IT"/>
        </w:rPr>
      </w:pPr>
      <w:r>
        <w:rPr>
          <w:b/>
          <w:lang w:val="it-IT"/>
        </w:rPr>
        <w:t xml:space="preserve">AL DIRIGENTE SCOLASTICO </w:t>
      </w:r>
    </w:p>
    <w:p w14:paraId="087D43FB" w14:textId="057CED63" w:rsidR="001C14C3" w:rsidRPr="002742CA" w:rsidRDefault="002742CA" w:rsidP="002742CA">
      <w:pPr>
        <w:spacing w:after="0"/>
        <w:jc w:val="right"/>
        <w:rPr>
          <w:lang w:val="it-IT"/>
        </w:rPr>
      </w:pPr>
      <w:r w:rsidRPr="002742CA">
        <w:rPr>
          <w:lang w:val="it-IT"/>
        </w:rPr>
        <w:t>ISTITUTO COMPRENSIVO "DON LORENZO MILANI"</w:t>
      </w:r>
      <w:r w:rsidRPr="002742CA">
        <w:rPr>
          <w:lang w:val="it-IT"/>
        </w:rPr>
        <w:br/>
        <w:t>Via Montessori, 5 - 50033 Firenzuola (FI)</w:t>
      </w:r>
      <w:r w:rsidRPr="002742CA">
        <w:rPr>
          <w:lang w:val="it-IT"/>
        </w:rPr>
        <w:br/>
        <w:t>FIIC81600A@istruzione.it</w:t>
      </w:r>
      <w:r w:rsidRPr="002742CA">
        <w:rPr>
          <w:lang w:val="it-IT"/>
        </w:rPr>
        <w:br/>
      </w:r>
    </w:p>
    <w:p w14:paraId="48A59946" w14:textId="77777777" w:rsidR="001C14C3" w:rsidRPr="002742CA" w:rsidRDefault="002742CA">
      <w:pPr>
        <w:rPr>
          <w:lang w:val="it-IT"/>
        </w:rPr>
      </w:pPr>
      <w:r w:rsidRPr="002742CA">
        <w:rPr>
          <w:b/>
          <w:lang w:val="it-IT"/>
        </w:rPr>
        <w:t xml:space="preserve">OGGETTO: </w:t>
      </w:r>
      <w:r w:rsidRPr="002742CA">
        <w:rPr>
          <w:lang w:val="it-IT"/>
        </w:rPr>
        <w:t xml:space="preserve">Istanza di partecipazione alla selezione interna (Avviso del </w:t>
      </w:r>
      <w:r w:rsidRPr="002742CA">
        <w:rPr>
          <w:lang w:val="it-IT"/>
        </w:rPr>
        <w:t>17/09/2026). Progetto: ESO4.</w:t>
      </w:r>
      <w:proofErr w:type="gramStart"/>
      <w:r w:rsidRPr="002742CA">
        <w:rPr>
          <w:lang w:val="it-IT"/>
        </w:rPr>
        <w:t>5.A</w:t>
      </w:r>
      <w:proofErr w:type="gramEnd"/>
      <w:r w:rsidRPr="002742CA">
        <w:rPr>
          <w:lang w:val="it-IT"/>
        </w:rPr>
        <w:t>2.B-FSEPN-TO-2026-298 - CUP: B24D26000620007.</w:t>
      </w:r>
    </w:p>
    <w:p w14:paraId="13F5E8E6" w14:textId="77777777" w:rsidR="001C14C3" w:rsidRPr="002742CA" w:rsidRDefault="002742CA">
      <w:pPr>
        <w:rPr>
          <w:lang w:val="it-IT"/>
        </w:rPr>
      </w:pPr>
      <w:r w:rsidRPr="002742CA">
        <w:rPr>
          <w:lang w:val="it-IT"/>
        </w:rPr>
        <w:br/>
        <w:t>Il/La sottoscritto/a ____________________________________________________________________</w:t>
      </w:r>
      <w:r w:rsidRPr="002742CA">
        <w:rPr>
          <w:lang w:val="it-IT"/>
        </w:rPr>
        <w:br/>
        <w:t xml:space="preserve">Nato/a </w:t>
      </w:r>
      <w:proofErr w:type="spellStart"/>
      <w:r w:rsidRPr="002742CA">
        <w:rPr>
          <w:lang w:val="it-IT"/>
        </w:rPr>
        <w:t>a</w:t>
      </w:r>
      <w:proofErr w:type="spellEnd"/>
      <w:r w:rsidRPr="002742CA">
        <w:rPr>
          <w:lang w:val="it-IT"/>
        </w:rPr>
        <w:t xml:space="preserve"> ________________________________________ il ____/____/_______ CF ______________</w:t>
      </w:r>
      <w:r w:rsidRPr="002742CA">
        <w:rPr>
          <w:lang w:val="it-IT"/>
        </w:rPr>
        <w:t>___________</w:t>
      </w:r>
      <w:r w:rsidRPr="002742CA">
        <w:rPr>
          <w:lang w:val="it-IT"/>
        </w:rPr>
        <w:br/>
        <w:t>In servizio presso codesto Istituto in qualità di Docente / Personale Educativo,</w:t>
      </w:r>
      <w:r w:rsidRPr="002742CA">
        <w:rPr>
          <w:lang w:val="it-IT"/>
        </w:rPr>
        <w:br/>
        <w:t>Email: ____________________________@istruzione.it - Tel: _________________________</w:t>
      </w:r>
      <w:r w:rsidRPr="002742CA">
        <w:rPr>
          <w:lang w:val="it-IT"/>
        </w:rPr>
        <w:br/>
      </w:r>
    </w:p>
    <w:p w14:paraId="5BF48A8E" w14:textId="77777777" w:rsidR="001C14C3" w:rsidRPr="002742CA" w:rsidRDefault="002742CA">
      <w:pPr>
        <w:jc w:val="center"/>
        <w:rPr>
          <w:lang w:val="it-IT"/>
        </w:rPr>
      </w:pPr>
      <w:r w:rsidRPr="002742CA">
        <w:rPr>
          <w:b/>
          <w:lang w:val="it-IT"/>
        </w:rPr>
        <w:t>CHIEDE</w:t>
      </w:r>
      <w:r w:rsidRPr="002742CA">
        <w:rPr>
          <w:b/>
          <w:lang w:val="it-IT"/>
        </w:rPr>
        <w:br/>
      </w:r>
    </w:p>
    <w:p w14:paraId="4F7462F8" w14:textId="77777777" w:rsidR="001C14C3" w:rsidRPr="002742CA" w:rsidRDefault="002742CA">
      <w:pPr>
        <w:rPr>
          <w:lang w:val="it-IT"/>
        </w:rPr>
      </w:pPr>
      <w:r w:rsidRPr="002742CA">
        <w:rPr>
          <w:lang w:val="it-IT"/>
        </w:rPr>
        <w:t>di partecipare alla selezione interna per l'attribuzione del seguente i</w:t>
      </w:r>
      <w:r w:rsidRPr="002742CA">
        <w:rPr>
          <w:lang w:val="it-IT"/>
        </w:rPr>
        <w:t>ncarico (barrare la casella d'interesse):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40"/>
        <w:gridCol w:w="5760"/>
        <w:gridCol w:w="2160"/>
      </w:tblGrid>
      <w:tr w:rsidR="001C14C3" w14:paraId="08026409" w14:textId="77777777">
        <w:trPr>
          <w:jc w:val="center"/>
        </w:trPr>
        <w:tc>
          <w:tcPr>
            <w:tcW w:w="1440" w:type="dxa"/>
            <w:shd w:val="clear" w:color="auto" w:fill="1B365D"/>
          </w:tcPr>
          <w:p w14:paraId="3F05A7D3" w14:textId="77777777" w:rsidR="001C14C3" w:rsidRDefault="002742CA">
            <w:proofErr w:type="spellStart"/>
            <w:r>
              <w:rPr>
                <w:b/>
                <w:color w:val="FFFFFF"/>
              </w:rPr>
              <w:t>Scelta</w:t>
            </w:r>
            <w:proofErr w:type="spellEnd"/>
            <w:r>
              <w:rPr>
                <w:b/>
                <w:color w:val="FFFFFF"/>
              </w:rPr>
              <w:t xml:space="preserve"> [X]</w:t>
            </w:r>
          </w:p>
        </w:tc>
        <w:tc>
          <w:tcPr>
            <w:tcW w:w="5760" w:type="dxa"/>
            <w:shd w:val="clear" w:color="auto" w:fill="1B365D"/>
          </w:tcPr>
          <w:p w14:paraId="57041A6D" w14:textId="77777777" w:rsidR="001C14C3" w:rsidRDefault="002742CA">
            <w:r>
              <w:rPr>
                <w:b/>
                <w:color w:val="FFFFFF"/>
              </w:rPr>
              <w:t>Modulo Formativo</w:t>
            </w:r>
          </w:p>
        </w:tc>
        <w:tc>
          <w:tcPr>
            <w:tcW w:w="2160" w:type="dxa"/>
            <w:shd w:val="clear" w:color="auto" w:fill="1B365D"/>
          </w:tcPr>
          <w:p w14:paraId="53769A18" w14:textId="77777777" w:rsidR="001C14C3" w:rsidRDefault="002742CA">
            <w:r>
              <w:rPr>
                <w:b/>
                <w:color w:val="FFFFFF"/>
              </w:rPr>
              <w:t>Ruolo richiesto</w:t>
            </w:r>
          </w:p>
        </w:tc>
      </w:tr>
      <w:tr w:rsidR="001C14C3" w14:paraId="33B80CDD" w14:textId="77777777">
        <w:trPr>
          <w:jc w:val="center"/>
        </w:trPr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5EC47486" w14:textId="77777777" w:rsidR="001C14C3" w:rsidRDefault="002742CA">
            <w:r>
              <w:t>[   ]</w:t>
            </w:r>
          </w:p>
        </w:tc>
        <w:tc>
          <w:tcPr>
            <w:tcW w:w="5760" w:type="dxa"/>
            <w:tcBorders>
              <w:top w:val="single" w:sz="4" w:space="0" w:color="D3D3D3"/>
              <w:bottom w:val="single" w:sz="4" w:space="0" w:color="D3D3D3"/>
            </w:tcBorders>
          </w:tcPr>
          <w:p w14:paraId="31B72EEB" w14:textId="77777777" w:rsidR="001C14C3" w:rsidRPr="002742CA" w:rsidRDefault="002742CA">
            <w:pPr>
              <w:rPr>
                <w:lang w:val="it-IT"/>
              </w:rPr>
            </w:pPr>
            <w:proofErr w:type="spellStart"/>
            <w:r w:rsidRPr="002742CA">
              <w:rPr>
                <w:lang w:val="it-IT"/>
              </w:rPr>
              <w:t>Mod</w:t>
            </w:r>
            <w:proofErr w:type="spellEnd"/>
            <w:r w:rsidRPr="002742CA">
              <w:rPr>
                <w:lang w:val="it-IT"/>
              </w:rPr>
              <w:t>. 1 (218062) - Gestione dei Gruppi Classe</w:t>
            </w:r>
          </w:p>
        </w:tc>
        <w:tc>
          <w:tcPr>
            <w:tcW w:w="2160" w:type="dxa"/>
            <w:tcBorders>
              <w:top w:val="single" w:sz="4" w:space="0" w:color="D3D3D3"/>
              <w:bottom w:val="single" w:sz="4" w:space="0" w:color="D3D3D3"/>
            </w:tcBorders>
          </w:tcPr>
          <w:p w14:paraId="5B8FB8F9" w14:textId="77777777" w:rsidR="001C14C3" w:rsidRDefault="002742CA">
            <w:r>
              <w:t>ESPERTO (€70/h)</w:t>
            </w:r>
          </w:p>
        </w:tc>
      </w:tr>
      <w:tr w:rsidR="001C14C3" w14:paraId="189161C7" w14:textId="77777777">
        <w:trPr>
          <w:jc w:val="center"/>
        </w:trPr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36D23D0C" w14:textId="77777777" w:rsidR="001C14C3" w:rsidRDefault="002742CA">
            <w:r>
              <w:t>[   ]</w:t>
            </w:r>
          </w:p>
        </w:tc>
        <w:tc>
          <w:tcPr>
            <w:tcW w:w="5760" w:type="dxa"/>
            <w:tcBorders>
              <w:top w:val="single" w:sz="4" w:space="0" w:color="D3D3D3"/>
              <w:bottom w:val="single" w:sz="4" w:space="0" w:color="D3D3D3"/>
            </w:tcBorders>
          </w:tcPr>
          <w:p w14:paraId="3A7CC921" w14:textId="77777777" w:rsidR="001C14C3" w:rsidRPr="002742CA" w:rsidRDefault="002742CA">
            <w:pPr>
              <w:rPr>
                <w:lang w:val="it-IT"/>
              </w:rPr>
            </w:pPr>
            <w:proofErr w:type="spellStart"/>
            <w:r w:rsidRPr="002742CA">
              <w:rPr>
                <w:lang w:val="it-IT"/>
              </w:rPr>
              <w:t>Mod</w:t>
            </w:r>
            <w:proofErr w:type="spellEnd"/>
            <w:r w:rsidRPr="002742CA">
              <w:rPr>
                <w:lang w:val="it-IT"/>
              </w:rPr>
              <w:t>. 1 (218062) - Gestione dei Gruppi Classe</w:t>
            </w:r>
          </w:p>
        </w:tc>
        <w:tc>
          <w:tcPr>
            <w:tcW w:w="2160" w:type="dxa"/>
            <w:tcBorders>
              <w:top w:val="single" w:sz="4" w:space="0" w:color="D3D3D3"/>
              <w:bottom w:val="single" w:sz="4" w:space="0" w:color="D3D3D3"/>
            </w:tcBorders>
          </w:tcPr>
          <w:p w14:paraId="603CD3AC" w14:textId="77777777" w:rsidR="001C14C3" w:rsidRDefault="002742CA">
            <w:r>
              <w:t>TUTOR (€30/h)</w:t>
            </w:r>
          </w:p>
        </w:tc>
      </w:tr>
      <w:tr w:rsidR="001C14C3" w14:paraId="224AE7B8" w14:textId="77777777">
        <w:trPr>
          <w:jc w:val="center"/>
        </w:trPr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1C60BF2D" w14:textId="77777777" w:rsidR="001C14C3" w:rsidRDefault="002742CA">
            <w:r>
              <w:t>[   ]</w:t>
            </w:r>
          </w:p>
        </w:tc>
        <w:tc>
          <w:tcPr>
            <w:tcW w:w="5760" w:type="dxa"/>
            <w:tcBorders>
              <w:top w:val="single" w:sz="4" w:space="0" w:color="D3D3D3"/>
              <w:bottom w:val="single" w:sz="4" w:space="0" w:color="D3D3D3"/>
            </w:tcBorders>
          </w:tcPr>
          <w:p w14:paraId="4692D772" w14:textId="77777777" w:rsidR="001C14C3" w:rsidRDefault="002742CA">
            <w:r>
              <w:t xml:space="preserve">Mod. 2 (218106) - </w:t>
            </w:r>
            <w:r>
              <w:t>Progettazione Curricolo Verticale</w:t>
            </w:r>
          </w:p>
        </w:tc>
        <w:tc>
          <w:tcPr>
            <w:tcW w:w="2160" w:type="dxa"/>
            <w:tcBorders>
              <w:top w:val="single" w:sz="4" w:space="0" w:color="D3D3D3"/>
              <w:bottom w:val="single" w:sz="4" w:space="0" w:color="D3D3D3"/>
            </w:tcBorders>
          </w:tcPr>
          <w:p w14:paraId="0A600FCD" w14:textId="77777777" w:rsidR="001C14C3" w:rsidRDefault="002742CA">
            <w:r>
              <w:t>ESPERTO (€70/h)</w:t>
            </w:r>
          </w:p>
        </w:tc>
      </w:tr>
      <w:tr w:rsidR="001C14C3" w14:paraId="668A8641" w14:textId="77777777">
        <w:trPr>
          <w:jc w:val="center"/>
        </w:trPr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2EA832D2" w14:textId="77777777" w:rsidR="001C14C3" w:rsidRDefault="002742CA">
            <w:r>
              <w:t>[   ]</w:t>
            </w:r>
          </w:p>
        </w:tc>
        <w:tc>
          <w:tcPr>
            <w:tcW w:w="5760" w:type="dxa"/>
            <w:tcBorders>
              <w:top w:val="single" w:sz="4" w:space="0" w:color="D3D3D3"/>
              <w:bottom w:val="single" w:sz="4" w:space="0" w:color="D3D3D3"/>
            </w:tcBorders>
          </w:tcPr>
          <w:p w14:paraId="05B265E1" w14:textId="77777777" w:rsidR="001C14C3" w:rsidRDefault="002742CA">
            <w:r>
              <w:t>Mod. 2 (218106) - Progettazione Curricolo Verticale</w:t>
            </w:r>
          </w:p>
        </w:tc>
        <w:tc>
          <w:tcPr>
            <w:tcW w:w="2160" w:type="dxa"/>
            <w:tcBorders>
              <w:top w:val="single" w:sz="4" w:space="0" w:color="D3D3D3"/>
              <w:bottom w:val="single" w:sz="4" w:space="0" w:color="D3D3D3"/>
            </w:tcBorders>
          </w:tcPr>
          <w:p w14:paraId="27FB1612" w14:textId="77777777" w:rsidR="001C14C3" w:rsidRDefault="002742CA">
            <w:r>
              <w:t>TUTOR (€30/h)</w:t>
            </w:r>
          </w:p>
        </w:tc>
      </w:tr>
    </w:tbl>
    <w:p w14:paraId="6B4D6405" w14:textId="77777777" w:rsidR="001C14C3" w:rsidRPr="002742CA" w:rsidRDefault="002742CA">
      <w:pPr>
        <w:rPr>
          <w:lang w:val="it-IT"/>
        </w:rPr>
      </w:pPr>
      <w:r w:rsidRPr="002742CA">
        <w:rPr>
          <w:lang w:val="it-IT"/>
        </w:rPr>
        <w:br/>
        <w:t>DICHIARA AI SENSI DEL DPR 445/2000:</w:t>
      </w:r>
    </w:p>
    <w:p w14:paraId="1303100D" w14:textId="77777777" w:rsidR="001C14C3" w:rsidRPr="002742CA" w:rsidRDefault="002742CA">
      <w:pPr>
        <w:pStyle w:val="Puntoelenco"/>
        <w:rPr>
          <w:lang w:val="it-IT"/>
        </w:rPr>
      </w:pPr>
      <w:r w:rsidRPr="002742CA">
        <w:rPr>
          <w:lang w:val="it-IT"/>
        </w:rPr>
        <w:t>- di essere in possesso dei requisiti di accesso previsti dall'Avviso;</w:t>
      </w:r>
    </w:p>
    <w:p w14:paraId="778B7C7D" w14:textId="77777777" w:rsidR="001C14C3" w:rsidRPr="002742CA" w:rsidRDefault="002742CA">
      <w:pPr>
        <w:pStyle w:val="Puntoelenco"/>
        <w:rPr>
          <w:lang w:val="it-IT"/>
        </w:rPr>
      </w:pPr>
      <w:r w:rsidRPr="002742CA">
        <w:rPr>
          <w:lang w:val="it-IT"/>
        </w:rPr>
        <w:t>- di non trovarsi in sit</w:t>
      </w:r>
      <w:r w:rsidRPr="002742CA">
        <w:rPr>
          <w:lang w:val="it-IT"/>
        </w:rPr>
        <w:t>uazioni di incompatibilità o conflitto di interessi;</w:t>
      </w:r>
    </w:p>
    <w:p w14:paraId="3D33C956" w14:textId="77777777" w:rsidR="001C14C3" w:rsidRPr="002742CA" w:rsidRDefault="002742CA">
      <w:pPr>
        <w:pStyle w:val="Puntoelenco"/>
        <w:rPr>
          <w:lang w:val="it-IT"/>
        </w:rPr>
      </w:pPr>
      <w:r w:rsidRPr="002742CA">
        <w:rPr>
          <w:lang w:val="it-IT"/>
        </w:rPr>
        <w:t>- di impegnarsi a svolgere l'incarico in orario extracurricolare.</w:t>
      </w:r>
    </w:p>
    <w:p w14:paraId="06BFC0E3" w14:textId="77777777" w:rsidR="001C14C3" w:rsidRDefault="002742CA">
      <w:r w:rsidRPr="002742CA">
        <w:rPr>
          <w:lang w:val="it-IT"/>
        </w:rPr>
        <w:br/>
      </w:r>
      <w:r>
        <w:t>SI ALLEGANO:</w:t>
      </w:r>
    </w:p>
    <w:p w14:paraId="05577360" w14:textId="77777777" w:rsidR="001C14C3" w:rsidRPr="002742CA" w:rsidRDefault="002742CA">
      <w:pPr>
        <w:pStyle w:val="Puntoelenco"/>
        <w:rPr>
          <w:lang w:val="it-IT"/>
        </w:rPr>
      </w:pPr>
      <w:r w:rsidRPr="002742CA">
        <w:rPr>
          <w:lang w:val="it-IT"/>
        </w:rPr>
        <w:t>1. Curriculum Vitae formato europeo firmato;</w:t>
      </w:r>
    </w:p>
    <w:p w14:paraId="06F1D21E" w14:textId="77777777" w:rsidR="001C14C3" w:rsidRPr="002742CA" w:rsidRDefault="002742CA">
      <w:pPr>
        <w:pStyle w:val="Puntoelenco"/>
        <w:rPr>
          <w:lang w:val="it-IT"/>
        </w:rPr>
      </w:pPr>
      <w:r w:rsidRPr="002742CA">
        <w:rPr>
          <w:lang w:val="it-IT"/>
        </w:rPr>
        <w:lastRenderedPageBreak/>
        <w:t>2. Tabella di autovalutazione titoli (Allegato B);</w:t>
      </w:r>
    </w:p>
    <w:p w14:paraId="06166AC5" w14:textId="77777777" w:rsidR="001C14C3" w:rsidRDefault="002742CA">
      <w:pPr>
        <w:pStyle w:val="Puntoelenco"/>
      </w:pPr>
      <w:r>
        <w:t>3. Copia documento di ident</w:t>
      </w:r>
      <w:r>
        <w:t>ità.</w:t>
      </w:r>
    </w:p>
    <w:p w14:paraId="250ABEF1" w14:textId="77777777" w:rsidR="001C14C3" w:rsidRDefault="002742CA">
      <w:pPr>
        <w:spacing w:before="400"/>
      </w:pPr>
      <w:r>
        <w:t xml:space="preserve">Data: ____/____/_______ </w:t>
      </w:r>
      <w:r>
        <w:tab/>
      </w:r>
      <w:r>
        <w:tab/>
        <w:t>Firma: _______________________</w:t>
      </w:r>
    </w:p>
    <w:p w14:paraId="284BDFF2" w14:textId="77777777" w:rsidR="001C14C3" w:rsidRDefault="002742CA">
      <w:r>
        <w:br w:type="page"/>
      </w:r>
    </w:p>
    <w:p w14:paraId="01DB09D4" w14:textId="77777777" w:rsidR="001C14C3" w:rsidRPr="002742CA" w:rsidRDefault="002742CA">
      <w:pPr>
        <w:jc w:val="center"/>
        <w:rPr>
          <w:lang w:val="it-IT"/>
        </w:rPr>
      </w:pPr>
      <w:r w:rsidRPr="002742CA">
        <w:rPr>
          <w:b/>
          <w:color w:val="1B365D"/>
          <w:sz w:val="24"/>
          <w:lang w:val="it-IT"/>
        </w:rPr>
        <w:lastRenderedPageBreak/>
        <w:t>ALLEGATO B - TABELLA VALUTAZIONE TITOLI ED ESPERIENZE</w:t>
      </w:r>
      <w:r w:rsidRPr="002742CA">
        <w:rPr>
          <w:b/>
          <w:color w:val="1B365D"/>
          <w:sz w:val="24"/>
          <w:lang w:val="it-IT"/>
        </w:rPr>
        <w:br/>
      </w:r>
    </w:p>
    <w:p w14:paraId="4B14C55C" w14:textId="77777777" w:rsidR="001C14C3" w:rsidRDefault="002742CA">
      <w:proofErr w:type="spellStart"/>
      <w:r>
        <w:t>Candidato</w:t>
      </w:r>
      <w:proofErr w:type="spellEnd"/>
      <w:r>
        <w:t>/a: ___________________________ Modulo: ___________________________</w:t>
      </w:r>
      <w: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439"/>
        <w:gridCol w:w="1433"/>
        <w:gridCol w:w="1488"/>
      </w:tblGrid>
      <w:tr w:rsidR="001C14C3" w14:paraId="79ACE69C" w14:textId="77777777">
        <w:trPr>
          <w:jc w:val="center"/>
        </w:trPr>
        <w:tc>
          <w:tcPr>
            <w:tcW w:w="6480" w:type="dxa"/>
            <w:shd w:val="clear" w:color="auto" w:fill="1B365D"/>
          </w:tcPr>
          <w:p w14:paraId="76E42EDE" w14:textId="77777777" w:rsidR="001C14C3" w:rsidRDefault="002742CA">
            <w:r>
              <w:rPr>
                <w:b/>
                <w:color w:val="FFFFFF"/>
              </w:rPr>
              <w:t>Titolo / Esperienza</w:t>
            </w:r>
          </w:p>
        </w:tc>
        <w:tc>
          <w:tcPr>
            <w:tcW w:w="1440" w:type="dxa"/>
            <w:shd w:val="clear" w:color="auto" w:fill="1B365D"/>
          </w:tcPr>
          <w:p w14:paraId="2AE6E054" w14:textId="77777777" w:rsidR="001C14C3" w:rsidRDefault="002742CA">
            <w:r>
              <w:rPr>
                <w:b/>
                <w:color w:val="FFFFFF"/>
              </w:rPr>
              <w:t>Punti Max</w:t>
            </w:r>
          </w:p>
        </w:tc>
        <w:tc>
          <w:tcPr>
            <w:tcW w:w="1440" w:type="dxa"/>
            <w:shd w:val="clear" w:color="auto" w:fill="1B365D"/>
          </w:tcPr>
          <w:p w14:paraId="7638BCB8" w14:textId="77777777" w:rsidR="001C14C3" w:rsidRDefault="002742CA">
            <w:r>
              <w:rPr>
                <w:b/>
                <w:color w:val="FFFFFF"/>
              </w:rPr>
              <w:t xml:space="preserve">Punti </w:t>
            </w:r>
            <w:r>
              <w:rPr>
                <w:b/>
                <w:color w:val="FFFFFF"/>
              </w:rPr>
              <w:t>Autovalutati</w:t>
            </w:r>
          </w:p>
        </w:tc>
      </w:tr>
      <w:tr w:rsidR="001C14C3" w14:paraId="17727D87" w14:textId="77777777">
        <w:trPr>
          <w:jc w:val="center"/>
        </w:trPr>
        <w:tc>
          <w:tcPr>
            <w:tcW w:w="6480" w:type="dxa"/>
            <w:tcBorders>
              <w:top w:val="single" w:sz="4" w:space="0" w:color="D3D3D3"/>
              <w:bottom w:val="single" w:sz="4" w:space="0" w:color="D3D3D3"/>
            </w:tcBorders>
          </w:tcPr>
          <w:p w14:paraId="7917F3F7" w14:textId="77777777" w:rsidR="001C14C3" w:rsidRPr="002742CA" w:rsidRDefault="002742CA">
            <w:pPr>
              <w:rPr>
                <w:lang w:val="it-IT"/>
              </w:rPr>
            </w:pPr>
            <w:r w:rsidRPr="002742CA">
              <w:rPr>
                <w:lang w:val="it-IT"/>
              </w:rPr>
              <w:t>Laurea Magistrale/Specialistica attinente (Voto base 10; &gt;105: +2; 110L: +5)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26F75054" w14:textId="77777777" w:rsidR="001C14C3" w:rsidRDefault="002742CA">
            <w:r>
              <w:t>15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78D17B42" w14:textId="77777777" w:rsidR="001C14C3" w:rsidRDefault="001C14C3"/>
        </w:tc>
      </w:tr>
      <w:tr w:rsidR="001C14C3" w14:paraId="35DB7805" w14:textId="77777777">
        <w:trPr>
          <w:jc w:val="center"/>
        </w:trPr>
        <w:tc>
          <w:tcPr>
            <w:tcW w:w="6480" w:type="dxa"/>
            <w:tcBorders>
              <w:top w:val="single" w:sz="4" w:space="0" w:color="D3D3D3"/>
              <w:bottom w:val="single" w:sz="4" w:space="0" w:color="D3D3D3"/>
            </w:tcBorders>
          </w:tcPr>
          <w:p w14:paraId="1E4662E9" w14:textId="77777777" w:rsidR="001C14C3" w:rsidRPr="002742CA" w:rsidRDefault="002742CA">
            <w:pPr>
              <w:rPr>
                <w:lang w:val="it-IT"/>
              </w:rPr>
            </w:pPr>
            <w:r w:rsidRPr="002742CA">
              <w:rPr>
                <w:lang w:val="it-IT"/>
              </w:rPr>
              <w:t>Dottorato di Ricerca / Master di II livello inerente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0D4D4756" w14:textId="77777777" w:rsidR="001C14C3" w:rsidRDefault="002742CA">
            <w:r>
              <w:t>6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68B654AE" w14:textId="77777777" w:rsidR="001C14C3" w:rsidRDefault="001C14C3"/>
        </w:tc>
      </w:tr>
      <w:tr w:rsidR="001C14C3" w14:paraId="2B8612A1" w14:textId="77777777">
        <w:trPr>
          <w:jc w:val="center"/>
        </w:trPr>
        <w:tc>
          <w:tcPr>
            <w:tcW w:w="6480" w:type="dxa"/>
            <w:tcBorders>
              <w:top w:val="single" w:sz="4" w:space="0" w:color="D3D3D3"/>
              <w:bottom w:val="single" w:sz="4" w:space="0" w:color="D3D3D3"/>
            </w:tcBorders>
          </w:tcPr>
          <w:p w14:paraId="3F98255E" w14:textId="77777777" w:rsidR="001C14C3" w:rsidRPr="002742CA" w:rsidRDefault="002742CA">
            <w:pPr>
              <w:rPr>
                <w:lang w:val="it-IT"/>
              </w:rPr>
            </w:pPr>
            <w:r w:rsidRPr="002742CA">
              <w:rPr>
                <w:lang w:val="it-IT"/>
              </w:rPr>
              <w:t>Certificazioni informatiche, digitali o metodologiche MIM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4ADE60EA" w14:textId="77777777" w:rsidR="001C14C3" w:rsidRDefault="002742CA">
            <w:r>
              <w:t>4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5038BBB6" w14:textId="77777777" w:rsidR="001C14C3" w:rsidRDefault="001C14C3"/>
        </w:tc>
      </w:tr>
      <w:tr w:rsidR="001C14C3" w14:paraId="2EB450CD" w14:textId="77777777">
        <w:trPr>
          <w:jc w:val="center"/>
        </w:trPr>
        <w:tc>
          <w:tcPr>
            <w:tcW w:w="6480" w:type="dxa"/>
            <w:tcBorders>
              <w:top w:val="single" w:sz="4" w:space="0" w:color="D3D3D3"/>
              <w:bottom w:val="single" w:sz="4" w:space="0" w:color="D3D3D3"/>
            </w:tcBorders>
          </w:tcPr>
          <w:p w14:paraId="51857857" w14:textId="77777777" w:rsidR="001C14C3" w:rsidRPr="002742CA" w:rsidRDefault="002742CA">
            <w:pPr>
              <w:rPr>
                <w:lang w:val="it-IT"/>
              </w:rPr>
            </w:pPr>
            <w:r w:rsidRPr="002742CA">
              <w:rPr>
                <w:lang w:val="it-IT"/>
              </w:rPr>
              <w:t xml:space="preserve">Precedenti esperienze di </w:t>
            </w:r>
            <w:r w:rsidRPr="002742CA">
              <w:rPr>
                <w:lang w:val="it-IT"/>
              </w:rPr>
              <w:t>docenza/esperto in PON/PN/PNRR della scuola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086670E2" w14:textId="77777777" w:rsidR="001C14C3" w:rsidRDefault="002742CA">
            <w:r>
              <w:t>10</w:t>
            </w:r>
          </w:p>
        </w:tc>
        <w:tc>
          <w:tcPr>
            <w:tcW w:w="1440" w:type="dxa"/>
            <w:tcBorders>
              <w:top w:val="single" w:sz="4" w:space="0" w:color="D3D3D3"/>
              <w:bottom w:val="single" w:sz="4" w:space="0" w:color="D3D3D3"/>
            </w:tcBorders>
          </w:tcPr>
          <w:p w14:paraId="5D054852" w14:textId="77777777" w:rsidR="001C14C3" w:rsidRDefault="001C14C3"/>
        </w:tc>
      </w:tr>
    </w:tbl>
    <w:p w14:paraId="568C883C" w14:textId="77777777" w:rsidR="001C14C3" w:rsidRDefault="002742CA">
      <w:pPr>
        <w:spacing w:before="600"/>
      </w:pPr>
      <w:r>
        <w:t xml:space="preserve">Data: ____/____/_______ </w:t>
      </w:r>
      <w:r>
        <w:tab/>
      </w:r>
      <w:r>
        <w:tab/>
        <w:t>Firma del Candidato: _______________________</w:t>
      </w:r>
    </w:p>
    <w:sectPr w:rsidR="001C14C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C14C3"/>
    <w:rsid w:val="002742CA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0D1BBC"/>
  <w14:defaultImageDpi w14:val="300"/>
  <w15:docId w15:val="{DA195A52-81C9-4D8A-9AA2-F75DEB93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Filomena Castrignanò</cp:lastModifiedBy>
  <cp:revision>2</cp:revision>
  <dcterms:created xsi:type="dcterms:W3CDTF">2026-09-17T10:31:00Z</dcterms:created>
  <dcterms:modified xsi:type="dcterms:W3CDTF">2026-09-17T10:31:00Z</dcterms:modified>
  <cp:category/>
</cp:coreProperties>
</file>